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MINUTES OF MEETING</w:t>
      </w:r>
    </w:p>
    <w:p>
      <w:r>
        <w:rPr>
          <w:b/>
        </w:rPr>
        <w:t xml:space="preserve">Project: </w:t>
      </w:r>
      <w:r>
        <w:t>__________________________________________________</w:t>
      </w:r>
    </w:p>
    <w:p>
      <w:r>
        <w:rPr>
          <w:b/>
        </w:rPr>
        <w:t xml:space="preserve">Meeting Title: </w:t>
      </w:r>
      <w:r>
        <w:t>__________________________________________________</w:t>
      </w:r>
    </w:p>
    <w:p>
      <w:r>
        <w:rPr>
          <w:b/>
        </w:rPr>
        <w:t xml:space="preserve">Date &amp; Time: </w:t>
      </w:r>
      <w:r>
        <w:t>__________________________________________________</w:t>
      </w:r>
    </w:p>
    <w:p>
      <w:r>
        <w:rPr>
          <w:b/>
        </w:rPr>
        <w:t xml:space="preserve">Venue / Link: </w:t>
      </w:r>
      <w:r>
        <w:t>__________________________________________________</w:t>
      </w:r>
    </w:p>
    <w:p>
      <w:r>
        <w:rPr>
          <w:b/>
        </w:rPr>
        <w:t xml:space="preserve">Chaired By: </w:t>
      </w:r>
      <w:r>
        <w:t>__________________________________________________</w:t>
      </w:r>
    </w:p>
    <w:p>
      <w:r>
        <w:rPr>
          <w:b/>
        </w:rPr>
        <w:t xml:space="preserve">Minutes By: </w:t>
      </w:r>
      <w:r>
        <w:t>__________________________________________________</w:t>
      </w:r>
    </w:p>
    <w:p>
      <w:pPr>
        <w:pStyle w:val="Heading1"/>
      </w:pPr>
      <w:r>
        <w:t>Attendees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Name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Organisation / 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Present / Absent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t>Agenda &amp; Discussion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Item</w:t>
            </w:r>
          </w:p>
        </w:tc>
        <w:tc>
          <w:tcPr>
            <w:tcW w:type="dxa" w:w="4320"/>
          </w:tcPr>
          <w:p>
            <w:r>
              <w:rPr>
                <w:b/>
              </w:rPr>
              <w:t>Discussion Summary</w:t>
            </w:r>
          </w:p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</w:tbl>
    <w:p>
      <w:pPr>
        <w:pStyle w:val="Heading1"/>
      </w:pPr>
      <w:r>
        <w:t>Actions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#</w:t>
            </w:r>
          </w:p>
        </w:tc>
        <w:tc>
          <w:tcPr>
            <w:tcW w:type="dxa" w:w="1728"/>
          </w:tcPr>
          <w:p>
            <w:r>
              <w:rPr>
                <w:b/>
              </w:rPr>
              <w:t>Action</w:t>
            </w:r>
          </w:p>
        </w:tc>
        <w:tc>
          <w:tcPr>
            <w:tcW w:type="dxa" w:w="1728"/>
          </w:tcPr>
          <w:p>
            <w:r>
              <w:rPr>
                <w:b/>
              </w:rPr>
              <w:t>Owner</w:t>
            </w:r>
          </w:p>
        </w:tc>
        <w:tc>
          <w:tcPr>
            <w:tcW w:type="dxa" w:w="1728"/>
          </w:tcPr>
          <w:p>
            <w:r>
              <w:rPr>
                <w:b/>
              </w:rPr>
              <w:t>Due Date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1"/>
      </w:pPr>
      <w:r>
        <w:t>Decisions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#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Decision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Decided By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/>
    <w:p>
      <w:r>
        <w:t>Next meeting: 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